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Five guest message templates</w:t>
      </w:r>
    </w:p>
    <w:p>
      <w:r>
        <w:t>Use these messages as a starting point for your short-stay property in Australia or New Zealand. Replace every bracketed field, check the facts against the booking and adapt the wording to your property before sending.</w:t>
      </w:r>
    </w:p>
    <w:p>
      <w:pPr>
        <w:pStyle w:val="Heading2"/>
        <w:spacing w:before="340" w:after="180"/>
      </w:pPr>
      <w:r>
        <w:t>Set up your messages</w:t>
      </w:r>
    </w:p>
    <w:p>
      <w:pPr>
        <w:pStyle w:val="ListNumber"/>
      </w:pPr>
      <w:r>
        <w:t>Make a copy of this document for your property. You can edit the Word file directly or upload it to Google Drive and open it with Google Docs.</w:t>
      </w:r>
    </w:p>
    <w:p>
      <w:pPr>
        <w:pStyle w:val="ListNumber"/>
      </w:pPr>
      <w:r>
        <w:t>Complete the guest name, property name, times, dates and sign-off. Add the remaining details within each message.</w:t>
      </w:r>
    </w:p>
    <w:p>
      <w:pPr>
        <w:pStyle w:val="ListNumber"/>
      </w:pPr>
      <w:r>
        <w:t>Check access instructions and support arrangements. Send sensitive arrival details through an appropriate private channel.</w:t>
      </w:r>
    </w:p>
    <w:p>
      <w:pPr>
        <w:pStyle w:val="ListNumber"/>
      </w:pPr>
      <w:r>
        <w:t>Save the finished messages in your booking platform or messaging tool. Check changed and cancelled bookings before any scheduled message is sent.</w:t>
      </w:r>
    </w:p>
    <w:p>
      <w:pPr>
        <w:pStyle w:val="Heading2"/>
        <w:spacing w:before="340" w:after="180"/>
      </w:pPr>
      <w:r>
        <w:t>Suggested sending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16"/>
        <w:gridCol w:w="5832"/>
      </w:tblGrid>
      <w:tr>
        <w:trPr>
          <w:tblHeader/>
        </w:trPr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4EBFA"/>
          </w:tcPr>
          <w:p>
            <w:pPr>
              <w:spacing w:after="40" w:line="264" w:lineRule="auto"/>
            </w:pPr>
            <w:r>
              <w:rPr>
                <w:b/>
                <w:sz w:val="21"/>
              </w:rPr>
              <w:t>Message</w:t>
            </w:r>
          </w:p>
        </w:tc>
        <w:tc>
          <w:tcPr>
            <w:tcW w:type="dxa" w:w="48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4EBFA"/>
          </w:tcPr>
          <w:p>
            <w:pPr>
              <w:spacing w:after="40" w:line="264" w:lineRule="auto"/>
            </w:pPr>
            <w:r>
              <w:rPr>
                <w:b/>
                <w:sz w:val="21"/>
              </w:rPr>
              <w:t>Suggested timing</w:t>
            </w:r>
          </w:p>
        </w:tc>
      </w:tr>
      <w:tr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Booking confirmation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After a confirmed booking</w:t>
            </w:r>
          </w:p>
        </w:tc>
      </w:tr>
      <w:tr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Lockbox check-in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At your chosen arrival-instruction release time</w:t>
            </w:r>
          </w:p>
        </w:tc>
      </w:tr>
      <w:tr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Settling-in message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After expected arrival, or the following morning</w:t>
            </w:r>
          </w:p>
        </w:tc>
      </w:tr>
      <w:tr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Checkout reminder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The evening before departure</w:t>
            </w:r>
          </w:p>
        </w:tc>
      </w:tr>
      <w:tr>
        <w:tc>
          <w:tcPr>
            <w:tcW w:type="dxa" w:w="38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Thank-you and review request</w:t>
            </w:r>
          </w:p>
        </w:tc>
        <w:tc>
          <w:tcPr>
            <w:tcW w:type="dxa" w:w="58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21"/>
              </w:rPr>
              <w:t>After the guest has departed</w:t>
            </w:r>
          </w:p>
        </w:tc>
      </w:tr>
    </w:tbl>
    <w:p>
      <w:pPr>
        <w:spacing w:before="180"/>
      </w:pPr>
      <w:r>
        <w:t>For same-day bookings, combine the relevant messages and remove repetition. If a guest has raised a concern, respond to it before sending a routine follow-up.</w:t>
      </w:r>
    </w:p>
    <w:p>
      <w:r>
        <w:br w:type="page"/>
      </w:r>
    </w:p>
    <w:p>
      <w:pPr>
        <w:pStyle w:val="Heading1"/>
      </w:pPr>
      <w:r>
        <w:t>01 Booking confirmation</w:t>
      </w:r>
    </w:p>
    <w:p>
      <w:r>
        <w:rPr>
          <w:b/>
        </w:rPr>
        <w:t xml:space="preserve">When to send: </w:t>
      </w:r>
      <w:r>
        <w:t>After a confirmed booking</w:t>
      </w:r>
    </w:p>
    <w:p>
      <w:pPr>
        <w:pStyle w:val="Heading2"/>
        <w:spacing w:before="340" w:after="180"/>
      </w:pPr>
      <w:r>
        <w:t>Message</w:t>
      </w:r>
    </w:p>
    <w:p>
      <w:r>
        <w:t>Hi [Guest first name],</w:t>
      </w:r>
    </w:p>
    <w:p>
      <w:r>
        <w:t>Thanks for booking [Property name]. We’re looking forward to welcoming you from [Arrival date] to [Departure date] for [Guest count] guests.</w:t>
      </w:r>
    </w:p>
    <w:p>
      <w:r>
        <w:t>Check-in is from [Check-in time] and checkout is by [Checkout time]. We’ll share your arrival instructions [Instruction timing].</w:t>
      </w:r>
    </w:p>
    <w:p>
      <w:r>
        <w:t>If you have any questions or access needs you’d like to discuss before your stay, please message us here.</w:t>
      </w:r>
    </w:p>
    <w:p>
      <w:r>
        <w:t>[Host or team name]</w:t>
      </w:r>
    </w:p>
    <w:p>
      <w:pPr>
        <w:pStyle w:val="Heading2"/>
        <w:spacing w:before="340" w:after="180"/>
      </w:pPr>
      <w:r>
        <w:t>Before sending</w:t>
      </w:r>
    </w:p>
    <w:p>
      <w:r>
        <w:t>Check dates and guest numbers against the confirmed reservation. Replace every remaining bracketed field before sending. Only promise an instruction delivery time you can meet.</w:t>
      </w:r>
    </w:p>
    <w:p>
      <w:r>
        <w:br w:type="page"/>
      </w:r>
    </w:p>
    <w:p>
      <w:pPr>
        <w:pStyle w:val="Heading1"/>
      </w:pPr>
      <w:r>
        <w:t>02 Lockbox check in</w:t>
      </w:r>
    </w:p>
    <w:p>
      <w:r>
        <w:rPr>
          <w:b/>
        </w:rPr>
        <w:t xml:space="preserve">When to send: </w:t>
      </w:r>
      <w:r>
        <w:t>At your chosen arrival-instruction release time</w:t>
      </w:r>
    </w:p>
    <w:p>
      <w:pPr>
        <w:pStyle w:val="Heading2"/>
        <w:spacing w:before="340" w:after="180"/>
      </w:pPr>
      <w:r>
        <w:t>Message</w:t>
      </w:r>
    </w:p>
    <w:p>
      <w:r>
        <w:t>Hi [Guest first name],</w:t>
      </w:r>
    </w:p>
    <w:p>
      <w:r>
        <w:t>Here are your arrival details for [Property name]. Check-in is available from [Check-in time] on [Arrival date].</w:t>
      </w:r>
    </w:p>
    <w:p>
      <w:r>
        <w:t>Address: [Full address]</w:t>
        <w:br/>
        <w:t>Parking: [Parking instructions]</w:t>
        <w:br/>
        <w:t>Lockbox location: [Lockbox location]</w:t>
        <w:br/>
        <w:t>Access code: [Current access code]</w:t>
      </w:r>
    </w:p>
    <w:p>
      <w:r>
        <w:t>Open the lockbox, collect the key and close the lockbox securely. Please scramble the code after closing it.</w:t>
      </w:r>
    </w:p>
    <w:p>
      <w:r>
        <w:t>You can find the house information here: [House manual link].</w:t>
      </w:r>
    </w:p>
    <w:p>
      <w:r>
        <w:t>If you have trouble getting in, [Actual support instructions].</w:t>
      </w:r>
    </w:p>
    <w:p>
      <w:r>
        <w:t>[Host or team name]</w:t>
      </w:r>
    </w:p>
    <w:p>
      <w:pPr>
        <w:pStyle w:val="Heading2"/>
        <w:spacing w:before="340" w:after="180"/>
      </w:pPr>
      <w:r>
        <w:t>Before sending</w:t>
      </w:r>
    </w:p>
    <w:p>
      <w:r>
        <w:t>Use this version only for a compatible lockbox. Test the instructions, send codes through an appropriate private channel and follow your property's access-security process. Do not enter real access codes into public previews.</w:t>
      </w:r>
    </w:p>
    <w:p>
      <w:r>
        <w:br w:type="page"/>
      </w:r>
    </w:p>
    <w:p>
      <w:pPr>
        <w:pStyle w:val="Heading1"/>
      </w:pPr>
      <w:r>
        <w:t>03 Settling in message</w:t>
      </w:r>
    </w:p>
    <w:p>
      <w:r>
        <w:rPr>
          <w:b/>
        </w:rPr>
        <w:t xml:space="preserve">When to send: </w:t>
      </w:r>
      <w:r>
        <w:t>After expected arrival, or the following morning</w:t>
      </w:r>
    </w:p>
    <w:p>
      <w:pPr>
        <w:pStyle w:val="Heading2"/>
        <w:spacing w:before="340" w:after="180"/>
      </w:pPr>
      <w:r>
        <w:t>Message</w:t>
      </w:r>
    </w:p>
    <w:p>
      <w:r>
        <w:t>Hi [Guest first name],</w:t>
      </w:r>
    </w:p>
    <w:p>
      <w:r>
        <w:t>Just checking that you’ve arrived at [Property name] and found what you need.</w:t>
      </w:r>
    </w:p>
    <w:p>
      <w:r>
        <w:t>If anything isn’t as expected, please message us here with a brief description so we can look into it.</w:t>
      </w:r>
    </w:p>
    <w:p>
      <w:r>
        <w:t>We hope you have a comfortable stay.</w:t>
      </w:r>
    </w:p>
    <w:p>
      <w:r>
        <w:t>[Host or team name]</w:t>
      </w:r>
    </w:p>
    <w:p>
      <w:pPr>
        <w:pStyle w:val="Heading2"/>
        <w:spacing w:before="340" w:after="180"/>
      </w:pPr>
      <w:r>
        <w:t>Before sending</w:t>
      </w:r>
    </w:p>
    <w:p>
      <w:r>
        <w:t>Adjust timing for late arrivals. If a guest has already reported a problem, respond to that conversation instead of sending this routine message.</w:t>
      </w:r>
    </w:p>
    <w:p>
      <w:r>
        <w:br w:type="page"/>
      </w:r>
    </w:p>
    <w:p>
      <w:pPr>
        <w:pStyle w:val="Heading1"/>
      </w:pPr>
      <w:r>
        <w:t>04 Checkout reminder</w:t>
      </w:r>
    </w:p>
    <w:p>
      <w:r>
        <w:rPr>
          <w:b/>
        </w:rPr>
        <w:t xml:space="preserve">When to send: </w:t>
      </w:r>
      <w:r>
        <w:t>The evening before departure</w:t>
      </w:r>
    </w:p>
    <w:p>
      <w:pPr>
        <w:pStyle w:val="Heading2"/>
        <w:spacing w:before="340" w:after="180"/>
      </w:pPr>
      <w:r>
        <w:t>Message</w:t>
      </w:r>
    </w:p>
    <w:p>
      <w:r>
        <w:t>Hi [Guest first name],</w:t>
      </w:r>
    </w:p>
    <w:p>
      <w:r>
        <w:t>We hope you’ve enjoyed your stay at [Property name]. A quick reminder that checkout is by [Checkout time] tomorrow.</w:t>
      </w:r>
    </w:p>
    <w:p>
      <w:r>
        <w:t>Before you leave, please:</w:t>
      </w:r>
    </w:p>
    <w:p>
      <w:pPr>
        <w:pStyle w:val="ListBullet"/>
      </w:pPr>
      <w:r>
        <w:t>[Essential departure task 1]</w:t>
      </w:r>
    </w:p>
    <w:p>
      <w:pPr>
        <w:pStyle w:val="ListBullet"/>
      </w:pPr>
      <w:r>
        <w:t>[Essential departure task 2]</w:t>
      </w:r>
    </w:p>
    <w:p>
      <w:pPr>
        <w:pStyle w:val="ListBullet"/>
      </w:pPr>
      <w:r>
        <w:t>Return the key to [Key return location] and secure the property as described in your house instructions.</w:t>
      </w:r>
    </w:p>
    <w:p>
      <w:r>
        <w:t>Please check for personal belongings and let us know once you’ve left. If your plans have changed, message us as soon as you can.</w:t>
      </w:r>
    </w:p>
    <w:p>
      <w:r>
        <w:t>Thanks,</w:t>
        <w:br/>
        <w:t>[Host or team name]</w:t>
      </w:r>
    </w:p>
    <w:p>
      <w:pPr>
        <w:pStyle w:val="Heading2"/>
        <w:spacing w:before="340" w:after="180"/>
      </w:pPr>
      <w:r>
        <w:t>Before sending</w:t>
      </w:r>
    </w:p>
    <w:p>
      <w:r>
        <w:t>Keep departure tasks reasonable and consistent with the instructions already given to the guest and the booking platform's current requirements. Use a smart-lock version of the key-return line where needed.</w:t>
      </w:r>
    </w:p>
    <w:p>
      <w:r>
        <w:br w:type="page"/>
      </w:r>
    </w:p>
    <w:p>
      <w:pPr>
        <w:pStyle w:val="Heading1"/>
      </w:pPr>
      <w:r>
        <w:t>05 Thank you and review request</w:t>
      </w:r>
    </w:p>
    <w:p>
      <w:r>
        <w:rPr>
          <w:b/>
        </w:rPr>
        <w:t xml:space="preserve">When to send: </w:t>
      </w:r>
      <w:r>
        <w:t>After the guest has departed</w:t>
      </w:r>
    </w:p>
    <w:p>
      <w:pPr>
        <w:pStyle w:val="Heading2"/>
        <w:spacing w:before="340" w:after="180"/>
      </w:pPr>
      <w:r>
        <w:t>Message</w:t>
      </w:r>
    </w:p>
    <w:p>
      <w:r>
        <w:t>Hi [Guest first name],</w:t>
      </w:r>
    </w:p>
    <w:p>
      <w:r>
        <w:t>Thank you for staying at [Property name]. We hope you enjoyed your visit.</w:t>
      </w:r>
    </w:p>
    <w:p>
      <w:r>
        <w:t>If you have a moment, we’d appreciate an honest review through [Booking platform]. Your feedback helps future guests understand what to expect.</w:t>
      </w:r>
    </w:p>
    <w:p>
      <w:r>
        <w:t>Thanks again,</w:t>
        <w:br/>
        <w:t>[Host or team name]</w:t>
      </w:r>
    </w:p>
    <w:p>
      <w:pPr>
        <w:pStyle w:val="Heading2"/>
        <w:spacing w:before="340" w:after="180"/>
      </w:pPr>
      <w:r>
        <w:t>Before sending</w:t>
      </w:r>
    </w:p>
    <w:p>
      <w:r>
        <w:t>Ask for honest feedback without requesting a particular star rating. Keep refunds, compensation and reviews separate. For direct bookings, replace the platform reference with a suitable feedback option.</w:t>
      </w:r>
    </w:p>
    <w:p>
      <w:pPr>
        <w:pStyle w:val="Heading2"/>
        <w:spacing w:before="340" w:after="180"/>
      </w:pPr>
      <w:r>
        <w:t>Review request source</w:t>
      </w:r>
    </w:p>
    <w:p>
      <w:pPr>
        <w:spacing w:after="200"/>
      </w:pPr>
      <w:r>
        <w:rPr>
          <w:sz w:val="20"/>
        </w:rPr>
        <w:t>Airbnb policy: Authentic and trustworthy reviews. Checked 24 September 2026.</w:t>
        <w:br/>
        <w:t>https://www.airbnb.com.au/help/article/2673</w:t>
      </w:r>
    </w:p>
    <w:p>
      <w:pPr>
        <w:pStyle w:val="Heading2"/>
        <w:spacing w:before="340" w:after="180"/>
      </w:pPr>
      <w:r>
        <w:t>Using this sample</w:t>
      </w:r>
    </w:p>
    <w:p>
      <w:r>
        <w:t>You may adapt these messages for properties you own or manage. The sample is not for resale or redistribution as a template product. Check the current rules of the booking channel you use. Short Stay Method is independent of booking platforms.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Free guest templates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8"/>
      </w:rPr>
      <w:t>SHORT STAY METHOD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9" w:lineRule="auto"/>
    </w:pPr>
    <w:rPr>
      <w:rFonts w:ascii="Arial" w:hAnsi="Arial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32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40" w:line="240" w:lineRule="auto"/>
      <w:contextualSpacing/>
    </w:pPr>
    <w:rPr>
      <w:rFonts w:asciiTheme="majorHAnsi" w:eastAsiaTheme="majorEastAsia" w:hAnsiTheme="majorHAnsi" w:cstheme="majorBidi" w:ascii="Georgia" w:hAnsi="Georgia"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Five guest message templates</dc:title>
  <dc:subject>Editable guest messages for short-stay owners in Australia and New Zealand</dc:subject>
  <dc:creator>Short Stay Method</dc:creator>
  <cp:keywords/>
  <dc:description>generated by python-docx</dc:description>
  <cp:lastModifiedBy>Short Stay Method</cp:lastModifiedBy>
  <cp:revision>1</cp:revision>
  <dcterms:created xsi:type="dcterms:W3CDTF">2013-12-23T23:15:00Z</dcterms:created>
  <dcterms:modified xsi:type="dcterms:W3CDTF">2013-12-23T23:15:00Z</dcterms:modified>
  <cp:category/>
</cp:coreProperties>
</file>